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SPRAWOZDANIE Z LEKTURY</w:t>
      </w:r>
    </w:p>
    <w:p/>
    <w:p/>
    <w:p>
      <w:r>
        <w:rPr>
          <w:b/>
          <w:sz w:val="22"/>
        </w:rPr>
        <w:t>Dane ucznia:</w:t>
      </w:r>
    </w:p>
    <w:p>
      <w:r>
        <w:rPr>
          <w:b w:val="0"/>
          <w:sz w:val="22"/>
        </w:rPr>
        <w:t>Imię i nazwisko : ______________________________________________</w:t>
      </w:r>
    </w:p>
    <w:p>
      <w:r>
        <w:rPr>
          <w:b w:val="0"/>
          <w:sz w:val="22"/>
        </w:rPr>
        <w:t>Klasa : ________________________________________________________</w:t>
      </w:r>
    </w:p>
    <w:p>
      <w:r>
        <w:rPr>
          <w:b w:val="0"/>
          <w:sz w:val="22"/>
        </w:rPr>
        <w:t>Data wykonania : _______________________________________________</w:t>
      </w:r>
    </w:p>
    <w:p/>
    <w:p/>
    <w:p>
      <w:r>
        <w:rPr>
          <w:b/>
          <w:sz w:val="22"/>
        </w:rPr>
        <w:t>Dane lektury:</w:t>
      </w:r>
    </w:p>
    <w:p>
      <w:r>
        <w:rPr>
          <w:b w:val="0"/>
          <w:sz w:val="22"/>
        </w:rPr>
        <w:t>Tytuł : _______________________________________________________</w:t>
      </w:r>
    </w:p>
    <w:p>
      <w:r>
        <w:rPr>
          <w:b w:val="0"/>
          <w:sz w:val="22"/>
        </w:rPr>
        <w:t>Autor : _______________________________________________________</w:t>
      </w:r>
    </w:p>
    <w:p>
      <w:r>
        <w:rPr>
          <w:b w:val="0"/>
          <w:sz w:val="22"/>
        </w:rPr>
        <w:t>Gatunek literacki : ____________________________________________</w:t>
      </w:r>
    </w:p>
    <w:p>
      <w:r>
        <w:rPr>
          <w:b w:val="0"/>
          <w:sz w:val="22"/>
        </w:rPr>
        <w:t>Liczba stron : _________________________________________________</w:t>
      </w:r>
    </w:p>
    <w:p/>
    <w:p/>
    <w:p>
      <w:r>
        <w:rPr>
          <w:b/>
          <w:sz w:val="22"/>
        </w:rPr>
        <w:t>Wstęp:</w:t>
      </w:r>
    </w:p>
    <w:p>
      <w:r>
        <w:rPr>
          <w:b w:val="0"/>
          <w:sz w:val="22"/>
        </w:rPr>
        <w:t>W tym miejscu wpisz wprowadzenie do sprawozdania, które zawiera krótki opis lektury oraz cel jej przeczytania.</w:t>
      </w:r>
    </w:p>
    <w:p/>
    <w:p/>
    <w:p>
      <w:r>
        <w:rPr>
          <w:b/>
          <w:sz w:val="22"/>
        </w:rPr>
        <w:t>Treść sprawozdania:</w:t>
      </w:r>
    </w:p>
    <w:p>
      <w:r>
        <w:rPr>
          <w:b w:val="0"/>
          <w:sz w:val="22"/>
        </w:rPr>
        <w:t>1. Krótka charakterystyka głównych bohaterów:</w:t>
      </w:r>
    </w:p>
    <w:p>
      <w:r>
        <w:rPr>
          <w:b w:val="0"/>
          <w:sz w:val="22"/>
        </w:rPr>
        <w:t xml:space="preserve">   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</w:t>
      </w:r>
    </w:p>
    <w:p>
      <w:r>
        <w:rPr>
          <w:b w:val="0"/>
          <w:sz w:val="22"/>
        </w:rPr>
        <w:t>2. Streszczenie najważniejszych wydarzeń i fabuły:</w:t>
      </w:r>
    </w:p>
    <w:p>
      <w:r>
        <w:rPr>
          <w:b w:val="0"/>
          <w:sz w:val="22"/>
        </w:rPr>
        <w:t xml:space="preserve">   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</w:t>
      </w:r>
    </w:p>
    <w:p>
      <w:r>
        <w:rPr>
          <w:b w:val="0"/>
          <w:sz w:val="22"/>
        </w:rPr>
        <w:t>3. Opis wybranych fragmentów, które szczególnie zapadły w pamięć:</w:t>
      </w:r>
    </w:p>
    <w:p>
      <w:r>
        <w:rPr>
          <w:b w:val="0"/>
          <w:sz w:val="22"/>
        </w:rPr>
        <w:t xml:space="preserve">   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</w:t>
      </w:r>
    </w:p>
    <w:p/>
    <w:p/>
    <w:p>
      <w:r>
        <w:rPr>
          <w:b/>
          <w:sz w:val="22"/>
        </w:rPr>
        <w:t>Analiza i ocena lektury:</w:t>
      </w:r>
    </w:p>
    <w:p>
      <w:r>
        <w:rPr>
          <w:b w:val="0"/>
          <w:sz w:val="22"/>
        </w:rPr>
        <w:t>1. Co autor chciał przekazać czytelnikowi?</w:t>
      </w:r>
    </w:p>
    <w:p>
      <w:r>
        <w:rPr>
          <w:b w:val="0"/>
          <w:sz w:val="22"/>
        </w:rPr>
        <w:t xml:space="preserve">   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</w:t>
      </w:r>
    </w:p>
    <w:p>
      <w:r>
        <w:rPr>
          <w:b w:val="0"/>
          <w:sz w:val="22"/>
        </w:rPr>
        <w:t>2. Jakie wartości i przesłania dostrzegasz w lekturze?</w:t>
      </w:r>
    </w:p>
    <w:p>
      <w:r>
        <w:rPr>
          <w:b w:val="0"/>
          <w:sz w:val="22"/>
        </w:rPr>
        <w:t xml:space="preserve">   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</w:t>
      </w:r>
    </w:p>
    <w:p>
      <w:r>
        <w:rPr>
          <w:b w:val="0"/>
          <w:sz w:val="22"/>
        </w:rPr>
        <w:t>3. Twoja opinia o lekturze (czy polecasz, dlaczego?):</w:t>
      </w:r>
    </w:p>
    <w:p>
      <w:r>
        <w:rPr>
          <w:b w:val="0"/>
          <w:sz w:val="22"/>
        </w:rPr>
        <w:t xml:space="preserve">   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</w:t>
      </w:r>
    </w:p>
    <w:p/>
    <w:p/>
    <w:p>
      <w:r>
        <w:rPr>
          <w:b/>
          <w:sz w:val="22"/>
        </w:rPr>
        <w:t>Podsumowanie:</w:t>
      </w:r>
    </w:p>
    <w:p>
      <w:r>
        <w:rPr>
          <w:b w:val="0"/>
          <w:sz w:val="22"/>
        </w:rPr>
        <w:t>W tym miejscu wpisz krótkie podsumowanie sprawozdania, podkreślając najważniejsze wnioski i refleksje.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UCZEŃ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NAUCZYCIEL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https://dokumenty-master.com/sprawozdanie-z-lektury/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https://dokumenty-master.com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dokumenty-master.com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master.com/sprawozdanie-z-lektury/" TargetMode="External"/><Relationship Id="rId10" Type="http://schemas.openxmlformats.org/officeDocument/2006/relationships/hyperlink" Target="https://dokumenty-ma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